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ALGEMENE VOORWAARDEN</w:t>
      </w:r>
    </w:p>
    <w:p>
      <w:pPr>
        <w:jc w:val="center"/>
      </w:pPr>
      <w:r>
        <w:rPr>
          <w:b/>
          <w:sz w:val="26"/>
        </w:rPr>
        <w:t>Market Vibes</w:t>
      </w:r>
    </w:p>
    <w:p>
      <w:pPr>
        <w:spacing w:after="140"/>
      </w:pPr>
      <w:r>
        <w:rPr>
          <w:b/>
        </w:rPr>
        <w:t xml:space="preserve">1. </w:t>
      </w:r>
      <w:r>
        <w:t>De deelname aan een markt is definitief na inschrijving. Bij de inschrijving ziet u een omschrijving direct na het versturen van uw inschrijving. Standaard is hij akkoord, mits binnen 5 dagen een afwijzing per e-mail aan u verstuurd wordt.</w:t>
      </w:r>
    </w:p>
    <w:p>
      <w:pPr>
        <w:spacing w:after="140"/>
      </w:pPr>
      <w:r>
        <w:rPr>
          <w:b/>
        </w:rPr>
        <w:t xml:space="preserve">2. </w:t>
      </w:r>
      <w:r>
        <w:t>Indien het verschuldigde bedrag niet voor de gestelde betaaldatum op de bankrekening van Market Vibes is bijgeschreven, heeft Market Vibes de mogelijkheid een andere gegadigde voor het evenement in te schrijven. U blijft echter het in rekening gebrachte bedrag verschuldigd aan Market Vibes.</w:t>
      </w:r>
    </w:p>
    <w:p>
      <w:pPr>
        <w:spacing w:after="140"/>
      </w:pPr>
      <w:r>
        <w:rPr>
          <w:b/>
        </w:rPr>
        <w:t xml:space="preserve">3. </w:t>
      </w:r>
      <w:r>
        <w:t>Kosteloze annulering van een markt is mogelijk tot 14 dagen voor de markt. Wordt de markt schriftelijk geannuleerd 1 t/m 14 dagen voor de markt, dan is kosteloze annulering niet meer mogelijk. U dient dan 100% van de factuur te voldoen. Hierop zijn geen uitzonderingen van toepassing.</w:t>
      </w:r>
    </w:p>
    <w:p>
      <w:pPr>
        <w:spacing w:after="140"/>
      </w:pPr>
      <w:r>
        <w:rPr>
          <w:b/>
        </w:rPr>
        <w:t xml:space="preserve">4. </w:t>
      </w:r>
      <w:r>
        <w:t>Market Vibes werkt niet met een borg.</w:t>
      </w:r>
    </w:p>
    <w:p>
      <w:pPr>
        <w:spacing w:after="140"/>
      </w:pPr>
      <w:r>
        <w:rPr>
          <w:b/>
        </w:rPr>
        <w:t xml:space="preserve">5. </w:t>
      </w:r>
      <w:r>
        <w:t>Deelnemers die niet minimaal 30 minuten voor aanvang van de markt (vermeld op de toewijzing) aanwezig zijn, kunnen geen aanspraak meer maken op een plaats. Het inschrijfgeld wordt niet teruggestort.</w:t>
      </w:r>
    </w:p>
    <w:p>
      <w:pPr>
        <w:spacing w:after="140"/>
      </w:pPr>
      <w:r>
        <w:rPr>
          <w:b/>
        </w:rPr>
        <w:t xml:space="preserve">6. </w:t>
      </w:r>
      <w:r>
        <w:t>Market Vibes is niet aansprakelijk voor diefstal, verlies of schade in welke vorm dan ook. Ook schade veroorzaakt door omvallende marktkramen (bijvoorbeeld door wind) komt voor risico van de deelnemer zelf.</w:t>
      </w:r>
    </w:p>
    <w:p>
      <w:pPr>
        <w:spacing w:after="140"/>
      </w:pPr>
      <w:r>
        <w:rPr>
          <w:b/>
        </w:rPr>
        <w:t xml:space="preserve">7. </w:t>
      </w:r>
      <w:r>
        <w:t>Market Vibes kan niet aansprakelijk worden gesteld voor omzetderving door slechte weersomstandigheden. Indien officieel wordt besloten dat de markt geen doorgang mag vinden in verband met slechte weersomstandigheden, heeft u geen recht op restitutie van uw inschrijfgeld.</w:t>
      </w:r>
    </w:p>
    <w:p>
      <w:pPr>
        <w:spacing w:after="140"/>
      </w:pPr>
      <w:r>
        <w:rPr>
          <w:b/>
        </w:rPr>
        <w:t xml:space="preserve">8. </w:t>
      </w:r>
      <w:r>
        <w:t>Market Vibes zal binnen de mogelijkheden zo goed als mogelijk trachten een markt te doen slagen. Desondanks is het niet mogelijk om aantallen publiek te garanderen. Het is daarom niet mogelijk om Market Vibes aansprakelijk te stellen voor een tegenvallende opkomst van publiek.</w:t>
      </w:r>
    </w:p>
    <w:p>
      <w:pPr>
        <w:spacing w:after="140"/>
      </w:pPr>
      <w:r>
        <w:rPr>
          <w:b/>
        </w:rPr>
        <w:t xml:space="preserve">9. </w:t>
      </w:r>
      <w:r>
        <w:t>Wij zullen uw wensen zo goed als mogelijk inwilligen. Het is dus niet zeker dat dit ook altijd lukt.</w:t>
      </w:r>
    </w:p>
    <w:p>
      <w:pPr>
        <w:spacing w:after="140"/>
      </w:pPr>
      <w:r>
        <w:rPr>
          <w:b/>
        </w:rPr>
        <w:t xml:space="preserve">10. </w:t>
      </w:r>
      <w:r>
        <w:t>Aansprakelijkheid wordt nimmer aanvaard voor zover deze niet is gedekt onder de door Market Vibes gesloten aansprakelijkheidsverzekering.</w:t>
      </w:r>
    </w:p>
    <w:p>
      <w:pPr>
        <w:spacing w:after="140"/>
      </w:pPr>
      <w:r>
        <w:rPr>
          <w:b/>
        </w:rPr>
        <w:t xml:space="preserve">11. </w:t>
      </w:r>
      <w:r>
        <w:t>Indien u geen gebruik maakt van deze bevestiging(en), verzoeken wij u vriendelijk dit tijdig aan ons te melden.</w:t>
      </w:r>
    </w:p>
    <w:p>
      <w:pPr>
        <w:spacing w:after="140"/>
      </w:pPr>
      <w:r>
        <w:rPr>
          <w:b/>
        </w:rPr>
        <w:t xml:space="preserve">12. </w:t>
      </w:r>
      <w:r>
        <w:t>Onze markten worden georganiseerd onder voorbehoud van het verkrijgen van de benodigde vergunningen. Indien een vergunning niet wordt verleend, zal het evenement worden geannuleerd. Market Vibes kan niet aansprakelijk worden gesteld voor eventuele schade als gevolg van het niet doorgaan van het evenement.</w:t>
      </w:r>
    </w:p>
    <w:p>
      <w:pPr>
        <w:spacing w:after="140"/>
      </w:pPr>
      <w:r>
        <w:rPr>
          <w:b/>
        </w:rPr>
        <w:t xml:space="preserve">13. </w:t>
      </w:r>
      <w:r>
        <w:t>Deelnemers zijn zelf verantwoordelijk voor de wettelijke eisen van de overheid, zoals belastingplicht, brandweervoorschriften, Warenwet, namaakbestrijding, Kamer van Koophandel, CRK, etc. Restitutie van het inschrijfgeld bij het niet voldoen aan wettelijke eisen is niet mogelijk.</w:t>
      </w:r>
    </w:p>
    <w:p>
      <w:pPr>
        <w:spacing w:after="140"/>
      </w:pPr>
      <w:r>
        <w:rPr>
          <w:b/>
        </w:rPr>
        <w:t xml:space="preserve">14. </w:t>
      </w:r>
      <w:r>
        <w:t>Indien een deelnemer stroom nodig heeft, dient deze hier zelf voor te zorgen, mits wij op de desbetreffende markt ook stroom aanbieden. Bijvoorbeeld door een winkelier te vragen of gebruik te maken van een aggregaat van een deelnemer die dit zelf heeft. Market Vibes kan niet aansprakelijk worden gesteld voor het niet verkrijgen van een stroomaansluiting. Indien Market Vibes stroom aanbiedt via een aggregaat of gemeentelijke stroom, kunnen wij nooit aansprakelijk worden gesteld indien deze niet goed functioneert.</w:t>
      </w:r>
    </w:p>
    <w:p>
      <w:pPr>
        <w:spacing w:after="140"/>
      </w:pPr>
      <w:r>
        <w:rPr>
          <w:b/>
        </w:rPr>
        <w:t xml:space="preserve">15. </w:t>
      </w:r>
      <w:r>
        <w:t>Als standhouder bent u verplicht op de hoogte te zijn van de wettelijke eisen met betrekking tot de bereiding, behandeling, verpakking en het bewaren van eet- en drinkwaren. Voor informatie kunt u terecht bij de Nederlandse Voedsel- en Warenautoriteit (NVWA) via www.nvwa.nl.</w:t>
      </w:r>
    </w:p>
    <w:p>
      <w:pPr>
        <w:spacing w:after="140"/>
      </w:pPr>
      <w:r>
        <w:rPr>
          <w:b/>
        </w:rPr>
        <w:t xml:space="preserve">16. </w:t>
      </w:r>
      <w:r>
        <w:t>Het is verboden om de kramen of grondplaatsen aan derden te verhuren of door te verhuren zonder toestemming van Market Vibes.</w:t>
      </w:r>
    </w:p>
    <w:p>
      <w:pPr>
        <w:spacing w:after="140"/>
      </w:pPr>
      <w:r>
        <w:rPr>
          <w:b/>
        </w:rPr>
        <w:t xml:space="preserve">17. </w:t>
      </w:r>
      <w:r>
        <w:t>Wij nemen sms'jes en WhatsApp-berichten niet in behandeling.</w:t>
      </w:r>
    </w:p>
    <w:p>
      <w:pPr>
        <w:spacing w:after="140"/>
      </w:pPr>
      <w:r>
        <w:rPr>
          <w:b/>
        </w:rPr>
        <w:t xml:space="preserve">18. </w:t>
      </w:r>
      <w:r>
        <w:t>Deelnemers mogen na vertrek van de markt geen afval achterlaten. Hier staat een boete op van € 50 exclusief btw per keer dat u uw vuil achterlaat. U dient uw vuil zelf na afloop weer mee te nemen.</w:t>
      </w:r>
    </w:p>
    <w:p/>
    <w:p>
      <w:r>
        <w:rPr>
          <w:b/>
        </w:rPr>
        <w:t>Betaling en inschrijving</w:t>
      </w:r>
    </w:p>
    <w:p>
      <w:pPr>
        <w:spacing w:after="140"/>
      </w:pPr>
      <w:r>
        <w:t>Uw boeking is pas definitief indien uw betaling voor de uiterste betaaldatum op onze rekening is bijgeschreven.</w:t>
      </w:r>
    </w:p>
    <w:p>
      <w:pPr>
        <w:spacing w:after="140"/>
      </w:pPr>
      <w:r>
        <w:t>Snel betalen kunt u via internetbankieren of via de bank het verschuldigde bedrag direct contant storten op ons rekeningnummer. Het stortingsbewijs stuurt u daarna aan ons. Op deze manier kunnen wij u binnen 1 dag definitief inschrijven.</w:t>
      </w:r>
    </w:p>
    <w:p>
      <w:pPr>
        <w:spacing w:after="140"/>
      </w:pPr>
      <w:r>
        <w:t>U krijgt een dag voor de markt uw kraamnummer toegestuurd. Geen bericht? Bel ons dan!</w:t>
      </w:r>
    </w:p>
    <w:p>
      <w:pPr>
        <w:spacing w:after="140"/>
      </w:pPr>
      <w:r>
        <w:t>De organisatie is gerechtigd om deelnemers van plaats te wijzigen.</w:t>
      </w:r>
    </w:p>
    <w:p>
      <w:pPr>
        <w:spacing w:after="140"/>
      </w:pPr>
      <w:r>
        <w:t>Al onze vermelde prijzen zijn inclusief 21% btw, tenzij dit apart in de regel van de markt vermeld staat.</w:t>
      </w:r>
    </w:p>
    <w:p>
      <w:r>
        <w:rPr>
          <w:b/>
        </w:rPr>
        <w:t>Contact</w:t>
      </w:r>
      <w:r>
        <w:br/>
        <w:t>Voor verdere informatie zijn wij bereikbaar op telefoonnummer 06 262 698 71.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